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18:00-21:00 Karaoketanssit</w:t>
      </w:r>
    </w:p>
    <w:p>
      <w:r>
        <w:t>Kevään viimeiset karaoketanssit.</w:t>
      </w:r>
    </w:p>
    <w:p>
      <w:r>
        <w:t xml:space="preserve">Liput 10€. Maksutapoina käy käteinen,kortti,mobilepay.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