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26.4.2026 sunnuntai</w:t>
      </w:r>
    </w:p>
    <w:p>
      <w:pPr>
        <w:pStyle w:val="Heading1"/>
      </w:pPr>
      <w:r>
        <w:t>26.4.2026 sunnuntai</w:t>
      </w:r>
    </w:p>
    <w:p>
      <w:pPr>
        <w:pStyle w:val="Heading2"/>
      </w:pPr>
      <w:r>
        <w:t>14:00-15:00 Unihiekkamyrsky</w:t>
      </w:r>
    </w:p>
    <w:p>
      <w:r>
        <w:t>Mäntyharjun 15-vuotisjuhlaansa viettävä lasten teatteri tuo huhtikuussa ensi-iltaan kantaesityksen.</w:t>
      </w:r>
    </w:p>
    <w:p>
      <w:r>
        <w:t>Liput 10 €,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