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13:00-15:00 Skeittiparkin avajaiset, Kisaranta, Pertunmaa</w:t>
      </w:r>
    </w:p>
    <w:p>
      <w:r>
        <w:t xml:space="preserve">Iloinen, maksuton koko perheen tapahtuma, jossa ovat mukana Pertunmaan 4H-yhdistys, MLL, Pertunmaan VPK, PePo, Pertun kyläyhdistys, Srk ja Mäntyharjun kunta.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