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Vola-Golf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10:00-14:00 Green card-kurssi</w:t>
      </w:r>
    </w:p>
    <w:p>
      <w:r>
        <w:t>Green card-kurssi golfin vasta-alkajille. Saat opetuksen, kattavan tietopaketin lajista ja vinkit harjoitteluun.</w:t>
      </w:r>
    </w:p>
    <w:p>
      <w:r>
        <w:t>89 € sisältää opetuksen ja välineet.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