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Haapaseläntien uimaranta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10:00-10:45 Vesijumppa</w:t>
      </w:r>
    </w:p>
    <w:p>
      <w:r>
        <w:t>Tule mukaan kesäkuussa hyvän vastaanoton saaneeseen pop-up vesijumppaan Haapaseläntien uimarannalle perjantaina 31.7. klo 10-10.45!</w:t>
        <w:br/>
        <w:br/>
        <w:br/>
        <w:br/>
      </w:r>
    </w:p>
    <w:p>
      <w:r>
        <w:t>Hinta</w:t>
        <w:br/>
        <w:t>Aikuinen: jäsen 8 €/muut 10 €</w:t>
        <w:br/>
        <w:t>Opiskelija/eläkeläinen/työtön: jäsen 7 €/muut 8 €</w:t>
        <w:br/>
        <w:br/>
        <w:t>Maksun voi suorittaa kortilla tai MobilePaylla. Meillä voit maksaa myös Smartumilla, Epassilla ja Edenredillä.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