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Ruotimon Moottoriurheilukeskus, Mynttiläntie 190, Mäntyharju</w:t>
      </w:r>
    </w:p>
    <w:p>
      <w:r>
        <w:t>15.8.2026 lauantai</w:t>
      </w:r>
    </w:p>
    <w:p>
      <w:pPr>
        <w:pStyle w:val="Heading1"/>
      </w:pPr>
      <w:r>
        <w:t>15.8.2026-16.8.2026</w:t>
      </w:r>
    </w:p>
    <w:p>
      <w:pPr>
        <w:pStyle w:val="Heading2"/>
      </w:pPr>
      <w:r>
        <w:t>11:30-18:00 Motocross MX-liiga</w:t>
      </w:r>
    </w:p>
    <w:p>
      <w:r>
        <w:t>Motocross-kilpailu palaa Mäntyharjulle lähes kymmenen vuoden tauon jälkeen</w:t>
        <w:br/>
        <w:br/>
      </w:r>
    </w:p>
    <w:p>
      <w:r>
        <w:t xml:space="preserve">Pääsylipun hinta 10 euroa. Alle 16-vuotiaat ilmaiseksi. Paikalla on myös puffetti joten hyvä varata käteistä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