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18:00-20:00 Yleisurheilun kunnanmestaruuskilpailut</w:t>
      </w:r>
    </w:p>
    <w:p>
      <w:r>
        <w:t>Tervetuloa kisaamaan yleisurheilun Mäntyharjun kunnanmestaruuksista Mäntyharjun urheilupuistoon ke 19.8. klo 18.00!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