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Leskelä Highland luomutila, Koirakivi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10:00-16:00 Leskelän lähiruokapäivä 12.9.2026</w:t>
      </w:r>
    </w:p>
    <w:p>
      <w:r>
        <w:t>Leskelän Tilan lähiruokapäivässä pääset tutustumaan luomutilan toimintaan ja ylämaankarjan elämään.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