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Veteraanipuisto, Varsitie 1, 52700 Mäntyharju</w:t>
      </w:r>
    </w:p>
    <w:p>
      <w:r>
        <w:t>17.5.2026 sunnuntai</w:t>
      </w:r>
    </w:p>
    <w:p>
      <w:pPr>
        <w:pStyle w:val="Heading1"/>
      </w:pPr>
      <w:r>
        <w:t>17.5.2026 sunnuntai</w:t>
      </w:r>
    </w:p>
    <w:p>
      <w:pPr>
        <w:pStyle w:val="Heading2"/>
      </w:pPr>
      <w:r>
        <w:t>09:00-09:15 Kaatuneitten muistopäivän lipunnosto veteraanipuistossa</w:t>
      </w:r>
    </w:p>
    <w:p>
      <w:r>
        <w:t xml:space="preserve">Kaatuneitten muistopäivän lipunnosto Veteraanipuistossa. Tapahtuma on avoin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