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09:00-20:00 Tanssi Cup 4 ja finaali</w:t>
      </w:r>
    </w:p>
    <w:p>
      <w:r>
        <w:t xml:space="preserve">MäVi Voimistelu- ja tanssijaosto järjestää Kisalassa Suomen Voimisteluliiton Tanssi Cup 4 &amp; Finaali -tapahtuman. </w:t>
        <w:br/>
      </w:r>
    </w:p>
    <w:p>
      <w:r>
        <w:br/>
        <w:t>Aikuiset 12 € / 7–17 v. 10 € / Alle 7 v. 0 €</w:t>
        <w:br/>
        <w:t>Pääsyliput myydään Monitoimihalli Kisalan aulasta kisakanslian läheisyydestä.</w:t>
        <w:br/>
        <w:t>Maksutapoina kortti, käteinen tai MobilePay.</w:t>
        <w:br/>
        <w:br/>
        <w:t>Katsomoon voi saapua missä vaiheessa päivää tahansa, ja lipun ostaessa saa rannekkeen jolla voi liikkua sisään ja ulos vapaasti!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