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Haimintie 10, 52700 Mäntyharju</w:t>
      </w:r>
    </w:p>
    <w:p>
      <w:r>
        <w:t>24.5.2026 sunnuntai</w:t>
      </w:r>
    </w:p>
    <w:p>
      <w:pPr>
        <w:pStyle w:val="Heading1"/>
      </w:pPr>
      <w:r>
        <w:t>24.5.2026 sunnuntai</w:t>
      </w:r>
    </w:p>
    <w:p>
      <w:pPr>
        <w:pStyle w:val="Heading2"/>
      </w:pPr>
      <w:r>
        <w:t>11:30-14:30 Haimin hölkkä</w:t>
      </w:r>
    </w:p>
    <w:p>
      <w:r>
        <w:t xml:space="preserve">Hölkkätapahtuma, voit hölkätä kilpasarjassa tai kävellä kuntoilusarjassa. </w:t>
      </w:r>
    </w:p>
    <w:p>
      <w:r>
        <w:t>Ilmainen hölkkätapahtuma, ei maksua.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