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Sibelius-lukion JouluShow</w:t>
      </w:r>
    </w:p>
    <w:p>
      <w:r>
        <w:t>Sibelius-lukion joulushow Kisalassa 9.12.2026. Kaksi koululaisnäytöstä ja illalla pääsymaksullinen yleisönäytös.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