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14.6.2026 sunnuntai</w:t>
      </w:r>
    </w:p>
    <w:p>
      <w:pPr>
        <w:pStyle w:val="Heading1"/>
      </w:pPr>
      <w:r>
        <w:t>14.6.2026 sunnuntai</w:t>
      </w:r>
    </w:p>
    <w:p>
      <w:pPr>
        <w:pStyle w:val="Heading2"/>
      </w:pPr>
      <w:r>
        <w:t>14:00-16:00 ELVIS | Kertomus Elviksen elämästä sanoin ja sävelin</w:t>
      </w:r>
    </w:p>
    <w:p>
      <w:r>
        <w:t>Elvis- elämä kerrottuna, musiikki koettuna on esitys,</w:t>
      </w:r>
    </w:p>
    <w:p>
      <w:r>
        <w:t>Liput 25 euroa/hlö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