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15:00-16:00 Äänimaljarentoutus Riihen Rauhassa</w:t>
      </w:r>
    </w:p>
    <w:p>
      <w:r>
        <w:t>Lämpimästi tervetuloa Matkailutila Lahdelman Riihen Rauhaan nauttimaan syvärentouttavasta äänimaljarentoutuksesta eli sointukylvystä.</w:t>
      </w:r>
    </w:p>
    <w:p>
      <w:r>
        <w:t>15 euroa sisältäen varusteet ja teen rentoutuksen jälkeen.</w:t>
        <w:br/>
        <w:t>Maksutapoina käy kortti, MobilePay ja käteinen.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