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18:00-19:30 MLL:n Pertunmaan paikallisyhdistyksen kevätkokous kokouskutsu</w:t>
      </w:r>
    </w:p>
    <w:p>
      <w:r>
        <w:t>MLL:n Pertunmaan paikallisyhdistys ry:n sääntömääräinen kevätkokous pidetään ma 18.5.2026 klo 18 Pertunmaan yhtenäiskoululla.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