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17:00-19:00 Bingo Koirakivi</w:t>
      </w:r>
    </w:p>
    <w:p>
      <w:r>
        <w:t xml:space="preserve">Perinteistä bingoa Koirakiven Nuorisoseuran talolla. </w:t>
        <w:br/>
        <w:br/>
        <w:t xml:space="preserve">Päävoitto huimat 200€! </w:t>
        <w:br/>
        <w:br/>
        <w:t>Pienempinä voittoina Juhla Mokka -kahvipaketteja, sokeria ja ananasta.</w:t>
      </w:r>
    </w:p>
    <w:p>
      <w:r>
        <w:t>Ei pääsymaksua. Pelikupongit maksullisia.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