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Veljespirtti, Kuortti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12:00-15:00 Avoimet ovet Kuortin Veljespirtillä</w:t>
      </w:r>
    </w:p>
    <w:p>
      <w:r>
        <w:t xml:space="preserve">Avoimet ovet Kuortissa Veljespirtillä torstaina 28.5.2026.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