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Lapsikuja 1, Kuortti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17:00-20:00 XII Italialaisten autojen ilta</w:t>
      </w:r>
    </w:p>
    <w:p>
      <w:r>
        <w:t>Tule omalla autolla tai ihastelemaan italialaisia autoja kuten Lancia, Fiat, Maserati, Alfa Romeo, Ferrari ja Lamborghini, Vapaata oleskelua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