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Matkailutila Lahdelma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15:00-16:00 Äänimaljarentoutus Riihen Rauhassa</w:t>
      </w:r>
    </w:p>
    <w:p>
      <w:r>
        <w:t>Lämpimästi tervetuloa Riihen Rauhaan nauttimaan syvärentouttavasta  äänimaljarentoutuksesta eli sointukylvystä.</w:t>
      </w:r>
    </w:p>
    <w:p>
      <w:r>
        <w:t>15 € / hlö</w:t>
        <w:br/>
        <w:br/>
        <w:t>Lippu helposti verkkokaupasta, linkki alla.</w:t>
        <w:br/>
        <w:t>Maksutapoina myös kortti, käteinen ja 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