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18:00-20:30 Koirakiven kesäteatteri: Sellaista elämä on -musiikkinäytelmä Juha</w:t>
      </w:r>
    </w:p>
    <w:p>
      <w:r>
        <w:t>Sellaista elämä on -kesäteatteriesitys on sekoitus huumoria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