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Kirjokiven Kartano, Rudolf Elvingin tie 109, 47900 Vuohijärvi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18:00-20:00 Kolmen ruokalajin illallinen Kirjokiven Kartanolla</w:t>
      </w:r>
    </w:p>
    <w:p>
      <w:r>
        <w:t>Tervetuloa nauttimaan upeasta illallisesta Kirjokiven Kartanolle perjantaina 22.5. klo 18–20.</w:t>
      </w:r>
    </w:p>
    <w:p>
      <w:r>
        <w:t>55€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