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Knaappilan tuulimylly, Knaappilantie 336 19420 Mansikkamäki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12:00-15:00 Knaappilan tuulimyllyn avoimet ovet</w:t>
      </w:r>
    </w:p>
    <w:p>
      <w:r>
        <w:t>Tervetuloa tutustumaan historialliseen Knaappilan tuulimyllyyn osana valtakunnallista Avoimet kylät -tapahtumaa!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