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>12:00-13:00 Konsertteja Mäntyharjun kirkossa: Heikki Poutanen</w:t>
      </w:r>
    </w:p>
    <w:p>
      <w:r>
        <w:t xml:space="preserve">Konsertteja Mäntyharjun kirkossa (Mäntyharjuntie 22), Vapaa pääsy!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