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Matkailutila Lahdelma</w:t>
      </w:r>
    </w:p>
    <w:p>
      <w:r>
        <w:t>7.6.2026 sunnuntai</w:t>
      </w:r>
    </w:p>
    <w:p>
      <w:pPr>
        <w:pStyle w:val="Heading1"/>
      </w:pPr>
      <w:r>
        <w:t>7.6.2026 sunnuntai</w:t>
      </w:r>
    </w:p>
    <w:p>
      <w:pPr>
        <w:pStyle w:val="Heading2"/>
      </w:pPr>
      <w:r>
        <w:t>11:00-13:15 🌿 Ilmajoogaa ja Äänimaljarentoutusta Riihen Rauhassa 🌿</w:t>
      </w:r>
    </w:p>
    <w:p>
      <w:r>
        <w:t>Lämpimästi tervetuloa Riihen Rauhaan nauttimaan Ilmajoogasta ja/tai syvärentouttavasta Äänimaljarentoutuksesta eli sointukylvystä.</w:t>
      </w:r>
    </w:p>
    <w:p>
      <w:r>
        <w:t>Ilmajooga 20 €, Äänimaljarentoutus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