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lähiruokakierros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10:00-15:00 Koirakiven lähiruokakierros</w:t>
      </w:r>
    </w:p>
    <w:p>
      <w:r>
        <w:t>Koirakiven lähiruokakierros vie lähiruuan ääreen kolmelle mäntyharjulaiselle tilalle.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