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 urheilukenttä, Valtolantie 2220, 52890 Käävänkylä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18:00-20:30 Partsimaanjärven ympäriajo</w:t>
      </w:r>
    </w:p>
    <w:p>
      <w:r>
        <w:t>Avoin Pyöräilytapahtuma kauniissa maalaismaisemassa. Matka noin 11 km.</w:t>
      </w:r>
    </w:p>
    <w:p>
      <w:r>
        <w:t>Ei ole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