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10:00-15:00 OP:n kirjastokiertue Mäntyharjun kirjastossa</w:t>
      </w:r>
    </w:p>
    <w:p>
      <w:r>
        <w:t>OP:n asiantuntijoiden kirjastokiertue saapuu Mäntyharjun kirjastoon keskiviikkona 10.6.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