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18:00-20:00 Pop-up illalliset ravintola Juureskellarissa</w:t>
      </w:r>
    </w:p>
    <w:p>
      <w:r>
        <w:t>Kolmen ruokalajin upeat Pop Up -illalliset ti-to 9.–11.6.2026 ja la 13.6.2026 klo 18–20 ravintola Juureskellarissa.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