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Woikosken Tehdasmuseo, Nurmaantie 15, 52920 Kouvola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10:00-11:30 Woikosken Tehdasmuseokierros - varaathan paikkasi etukäteen!</w:t>
      </w:r>
    </w:p>
    <w:p>
      <w:r>
        <w:t>Tehdasmuseokierros ke 15.7.2026 klo 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