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12:00-13:00 Unelman opastettu puutarhakierros</w:t>
      </w:r>
    </w:p>
    <w:p>
      <w:r>
        <w:t>Tervetuloa opastetulle puutarhakierrokselle Huoneistomajoitus</w:t>
      </w:r>
    </w:p>
    <w:p>
      <w:r>
        <w:t>Hinta: 15 €/hlö</w:t>
        <w:br/>
        <w:br/>
        <w:t>Ryhmätiedustelut:</w:t>
        <w:br/>
        <w:t>+358 44 997 2458, piia@piiamakila.fi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