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Askel-tehdas, Pyhävedentie 20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10:00-13:00 Lasten (kouluikäiset) onkipäivä</w:t>
      </w:r>
    </w:p>
    <w:p>
      <w:r>
        <w:t xml:space="preserve">Lasten (kouluikäiset) onkipäivä Aseman lammella.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