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Piian pelto, Mansikkamäentie 575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11:00-16:00 Piian pellon riihikahvilan avajaiset</w:t>
      </w:r>
    </w:p>
    <w:p>
      <w:r>
        <w:t>Kauan kaivattu, paljon odotettu Piian pellon kesäkahvila avaa ovensa Pertunmaalla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