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Huoneistomajoitus Unelma, Rinnetie 2 Mäntyharju</w:t>
      </w:r>
    </w:p>
    <w:p>
      <w:r>
        <w:t>27.6.2026 lauantai</w:t>
      </w:r>
    </w:p>
    <w:p>
      <w:pPr>
        <w:pStyle w:val="Heading1"/>
      </w:pPr>
      <w:r>
        <w:t>27.6.2026 lauantai</w:t>
      </w:r>
    </w:p>
    <w:p>
      <w:pPr>
        <w:pStyle w:val="Heading2"/>
      </w:pPr>
      <w:r>
        <w:t>12:00-13:00 Unelman opastettu puutarhakierros – Kurkista isoäidin puutarhan salaisuuksiin</w:t>
      </w:r>
    </w:p>
    <w:p>
      <w:r>
        <w:t xml:space="preserve">Tervetuloa opastetulle puutarhakierrokselle Huoneistomajoitus Unelmaa ympäröivään isoäidin hyöty- ja yrttipuutarhaan. </w:t>
      </w:r>
    </w:p>
    <w:p>
      <w:r>
        <w:t>15 €/hlö. Maksetaan paikan päällä.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