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>Tervetuloa opastetulle puutarhakierrokselle Huoneistomajoitus Unelmaa ympäröivään isoäidin hyöty- ja yrttipuutarhaan.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