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13:00-14:30 Muistikahvila - Minä muistisairaan omaisena</w:t>
      </w:r>
    </w:p>
    <w:p>
      <w:r>
        <w:t>Muistikahvila  -Minä muistisairaan omaisena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