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18:00-20:00 Metsä Group -seurakisat</w:t>
      </w:r>
    </w:p>
    <w:p>
      <w:r>
        <w:t>Tervetuloa Metsä Group -seurakisoihin Mäntyharjun urheilupuistoon (Urheilutie 3)!</w:t>
        <w:br/>
        <w:br/>
      </w:r>
    </w:p>
    <w:p>
      <w:r>
        <w:t xml:space="preserve">Lajimaksu: 3 €/laji, MäVin jäsenille maksuton. </w:t>
        <w:br/>
        <w:br/>
        <w:t>Maksun voi suorittaa kortilla tai MobilePaylla. Meillä voit maksaa myös Epassilla, Edenredillä ja Smartumilla.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