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Jokitupa, Virastotie 1 Pertunmaa</w:t>
      </w:r>
    </w:p>
    <w:p>
      <w:r>
        <w:t>12.8.2026 keskiviikko</w:t>
      </w:r>
    </w:p>
    <w:p>
      <w:pPr>
        <w:pStyle w:val="Heading1"/>
      </w:pPr>
      <w:r>
        <w:t>12.8.2026 keskiviikko</w:t>
      </w:r>
    </w:p>
    <w:p>
      <w:pPr>
        <w:pStyle w:val="Heading2"/>
      </w:pPr>
      <w:r>
        <w:t>17:00-19:30 Pertunmaan Kyläturvallisuusilta I</w:t>
      </w:r>
    </w:p>
    <w:p>
      <w:r>
        <w:t>Pertun Kylät ja Etelä-Savon Kyläturvallisuus -hanke kutsuvat kyläläiset ja kausiasukkaat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