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Pankapolku, Pertunmaa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17:00-19:00 Pankapolun patikka</w:t>
      </w:r>
    </w:p>
    <w:p>
      <w:r>
        <w:t>Tule patikoimaan Pertunmaan keskustassa sijaitsevallelle Pankapolulle.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