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Salmelan puistonäyttämö</w:t>
      </w:r>
    </w:p>
    <w:p>
      <w:r>
        <w:t>9.8.2026 sunnuntai</w:t>
      </w:r>
    </w:p>
    <w:p>
      <w:pPr>
        <w:pStyle w:val="Heading1"/>
      </w:pPr>
      <w:r>
        <w:t>9.8.2026 sunnuntai</w:t>
      </w:r>
    </w:p>
    <w:p>
      <w:pPr>
        <w:pStyle w:val="Heading2"/>
      </w:pPr>
      <w:r>
        <w:t>10:00-18:00 Koivisto-juhlat</w:t>
      </w:r>
    </w:p>
    <w:p>
      <w:r>
        <w:t>Klo 10.00 koivistolaisten kirkkopyhän messu Mäntyharjun kirkossa</w:t>
        <w:br/>
        <w:br/>
      </w:r>
    </w:p>
    <w:p>
      <w:r>
        <w:t xml:space="preserve">pääjuhla 10 euroa/hlö, Salmelan näyttelyt 10 euroa/hlö pitäjäjuhliin osallistuville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