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16:00-17:30 Marja Kauppi-Kontro maksuton konsertti</w:t>
      </w:r>
    </w:p>
    <w:p>
      <w:r>
        <w:t>Marja Kauppi-Kontron ohjelmistossa jazzia, ikivihreitä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