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Partsimaan VPK:n talo, Valtolantie 2571, Mäntyharju</w:t>
      </w:r>
    </w:p>
    <w:p>
      <w:r>
        <w:t>18.7.2026 lauantai</w:t>
      </w:r>
    </w:p>
    <w:p>
      <w:pPr>
        <w:pStyle w:val="Heading1"/>
      </w:pPr>
      <w:r>
        <w:t>18.7.2026 lauantai</w:t>
      </w:r>
    </w:p>
    <w:p>
      <w:pPr>
        <w:pStyle w:val="Heading2"/>
      </w:pPr>
      <w:r>
        <w:t>12:00-15:00 Kesäkahinat</w:t>
      </w:r>
    </w:p>
    <w:p>
      <w:r>
        <w:t>Tervetuloa Kesäkahinoille lauantaina 18.7.</w:t>
      </w:r>
    </w:p>
    <w:p>
      <w:r>
        <w:t>Tapahtuma on maksuton.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