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Käärmekallion eläinpiha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17:30-18:30 Rentouttava kehonhuolto eläinpihalla</w:t>
      </w:r>
    </w:p>
    <w:p>
      <w:r>
        <w:t>Rentouttava kehonhuoltotuokio Käärmekallion eläinpihan rauhallisessa ympäristössä.</w:t>
      </w:r>
    </w:p>
    <w:p>
      <w:r>
        <w:t>15e/hlö.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