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18:00-23:45 Esa Eloranta keikka &amp; Festarikahvila</w:t>
      </w:r>
    </w:p>
    <w:p>
      <w:r>
        <w:t>Tervetuloa iltamiin Makasiinille pe 31.7.</w:t>
      </w:r>
    </w:p>
    <w:p>
      <w:r>
        <w:t>Esa Eloranta keikka 12,50 €, maksetaan etukäteen Makasiinilla tai Mobile Payssä tilillä 24294.</w:t>
        <w:br/>
        <w:t>Festivaalikahvila n. 21 alkaen on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