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Enonkylätalo, Huljavantie 235 A, 52970 Pankalahti</w:t>
      </w:r>
    </w:p>
    <w:p>
      <w:r>
        <w:t>11.7.2026 lauantai</w:t>
      </w:r>
    </w:p>
    <w:p>
      <w:pPr>
        <w:pStyle w:val="Heading1"/>
      </w:pPr>
      <w:r>
        <w:t>11.7.2026 lauantai</w:t>
      </w:r>
    </w:p>
    <w:p>
      <w:pPr>
        <w:pStyle w:val="Heading2"/>
      </w:pPr>
      <w:r>
        <w:t>12:00-13:00 Teatteria Enonkylätalolla klo 12, maksuton</w:t>
      </w:r>
    </w:p>
    <w:p>
      <w:r>
        <w:t>Kiertävä lastenteatteri Teatteri Konna saapuu Enonkylätalolle vierailulle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