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Jokitupa, Virastokuja 1, 19430 Pertunmaa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12:00-15:00 Avoimet ovet Jokituvalla</w:t>
      </w:r>
    </w:p>
    <w:p>
      <w:r>
        <w:t>Tule tutustumaan Jokituvan tiloihin.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