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12:00-15:00 Avoimet ovet Kuortin Kylätalolla</w:t>
      </w:r>
    </w:p>
    <w:p>
      <w:r>
        <w:t>Tervetuloa Kuortin kylätalolle tutustumaan kylätalon mahdollisuuksiin.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