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Jokitupa, Virastokuja 1, 19430 Pertunmaa</w:t>
      </w:r>
    </w:p>
    <w:p>
      <w:r>
        <w:t>24.7.2026 perjantai</w:t>
      </w:r>
    </w:p>
    <w:p>
      <w:pPr>
        <w:pStyle w:val="Heading1"/>
      </w:pPr>
      <w:r>
        <w:t>24.7.2026-26.7.2026</w:t>
      </w:r>
    </w:p>
    <w:p>
      <w:pPr>
        <w:pStyle w:val="Heading2"/>
      </w:pPr>
      <w:r>
        <w:t>18:00-15:00 Pelikoneet ja pomppulinnat Pertunmaalla 24.-26.7.2026</w:t>
      </w:r>
    </w:p>
    <w:p>
      <w:r>
        <w:t>Koko perheen maksuton tapahtuma Pertunmaalla -Pelikoneet ja pomppulinnat tulevana viikonloppuna pe 24.7.2026 klo 18 alkaen.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