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31.7.2026 perjantai</w:t>
      </w:r>
    </w:p>
    <w:p>
      <w:pPr>
        <w:pStyle w:val="Heading1"/>
      </w:pPr>
      <w:r>
        <w:t>31.7.2026-2.8.2026</w:t>
      </w:r>
    </w:p>
    <w:p>
      <w:pPr>
        <w:pStyle w:val="Heading2"/>
      </w:pPr>
      <w:r>
        <w:t>00:00-23:59 ILOKUVAFESTIVAALI</w:t>
      </w:r>
    </w:p>
    <w:p>
      <w:r>
        <w:t>Ilokuvafestivaali on ehtinyt jo kohta yhdeksänvuotiaaksi, ja on yhä hyvän mielen, onnellisten loppujen ja kohottavien tarinoiden asialla!</w:t>
      </w:r>
    </w:p>
    <w:p>
      <w:r>
        <w:t>Näytöskohtaisia lippuja voi ostaa ennakkoon verkosta (alla olevasta linkistä) tai suoraan portilta. Huomioithan, että Elokuvateatteri Kinon etukäteen ostetut perusliput eivät käy Ilokuvafestivaalin näytöksiin.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