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Kisala, volttisali Mäntyharju</w:t>
      </w:r>
    </w:p>
    <w:p>
      <w:r>
        <w:t>17.8.2026 maanantai</w:t>
      </w:r>
    </w:p>
    <w:p>
      <w:pPr>
        <w:pStyle w:val="Heading1"/>
      </w:pPr>
      <w:r>
        <w:t>17.8.2026-12.5.2027</w:t>
      </w:r>
    </w:p>
    <w:p>
      <w:pPr>
        <w:pStyle w:val="Heading2"/>
      </w:pPr>
      <w:r>
        <w:t>18:00-20:30 Judoharjoitukset</w:t>
      </w:r>
    </w:p>
    <w:p>
      <w:r>
        <w:t xml:space="preserve">Mäntyharjun Judo järjestää judotreenejä kaiken ikäisille. </w:t>
      </w:r>
    </w:p>
    <w:p>
      <w:r>
        <w:t>Vakiharrastajat: Syyskausi 40€ ja 40€ kevätkausi. Lisäksi maksetaan seuran jäsenmaksu, sekä Judoliiton lisenssivakuutus. Maksuista lisätietoa paikanpäällä.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