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Jokitupa, Virastokuja 1, 19430 Pertunmaa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17:00-19:00 Pertunmaan Kyläturvallisuusilta II</w:t>
      </w:r>
    </w:p>
    <w:p>
      <w:r>
        <w:t xml:space="preserve">Pertunmaan kyläyhteisöt, Pertun Kylät ja Etelä-Savon Kyläturvallisuus -hanke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